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חידות היגיון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היגיון ומתמטיקה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קוד משלבים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פעולות הגיוני בפתרון בעיה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חידות קצרות לספרת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איך עובד חדר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בונים את הקוד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מצב יחידים ומצב קבוצתי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לפתוח לפני שהזמן נגמר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בדרך כלל כ-10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מוזיאון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חידה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(משתמשים במספרים כדי לקבל ספרה)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(מחפשים קשר או דפוס בין פרטים)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(פותרים חידה מילולית כדי למצוא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(מסתכלים בתמונה כדי למצוא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(הרכבה של כל הספרות שנאספו בשלבים)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 בחדר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סיפור הפתיחה של החדר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פותרים את החידה בשלב הראשון ומקבלים ספרה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ממשיכים לשלב הבא ופותרים את החידה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אוספים את כל הספרות מהשלבים השונים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מרכיבים את הקוד ופותחים את המנעול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 - בונים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החידה ברורה, פתירה, והתשובה היא ספרה אחת נכונה; יש קשר הגיוני בין השאלה לתשובה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קוד הוא המספר הסופי שפותח את המנעול, מורכב מהספרות שנאספו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כל שלב נותן ספרה חדשה שנצברת לקוד השלם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חופשית עם היגיון ברור, למשל רצף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ולתחרות על זמן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להסביר בקול את ההיגיון מאחורי כל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הקלה אפשר לוותר על חידות הרצף המורכבות ולהשאיר רק מתמטיקה 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חידות היגיון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בחדר בריחה פותרים חידה קטנה בכל שלב. כל חידה נותנת ספרה. בסוף שמים את כל הספרות יחד ופותחים מנעול.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מנעול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שסוגר וצריך קוד כדי לפתוח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סודי שפותח את המנעול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אחד מהמשחק, עם חידה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קטן שעוזר לפתור 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היגיון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לפי כללים כדי למצוא 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של מספרים או דברים לפי כלל קבוע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תעלומה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שצריך לגלות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חידות קצרות לספרת 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3 כפול 3 שווה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15 פחות 7 שווה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צלעות יש למשולש?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המספר שחסר בין 6 ל-10?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יש 7 ימים בשבוע, תוסיפו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איך עובד חדר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שלב בחדר בריחה מקבלים ספרה אחת לקוד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בחדר בריחה גם לבד וגם בקבוצה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המנעול נפתח רק אחרי שהזמן נגמר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חדרי הבריחה נמשכים כשעה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ברצף 1, 3, 5, __________, 9 הספרה החסרה היא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הרכבת היו __________ שלבים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חדר הבריחה של הקרוואן נמצא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חדר הדינוזאורים נמצא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חידה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חידת מתמטיקה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פותרים חידה מילולית כדי למצוא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חידת היגיון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משתמשים במספרים כדי לקבל ספרה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חידת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הרכבה של כל הספרות שנאספו בשלבים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רמז חזותי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מחפשים קשר או דפוס בין פרטים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קוד סופי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מסתכלים בתמונה כדי למצוא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הפתרון בחדר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החידה בשלב הראשון ומקבלים ספרה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את כל הספרות מהשלבים השונים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מרכיבים את הקוד ופותחים את המנעול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סיפור הפתיחה של החדר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לשלב הבא ופותרים את החידה 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 - בונים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חידה קצרה משלכם לחדר בריחה, כך שהתשובה שלה תהיה ספרה אחת בין 0 ל-9. אפשר חידת מתמטיקה, היגיון או 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קוד בחדר 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לפתור את השלבים לפי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לחידת היגיון פשוטה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חידות היגיון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