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🎯 חידות וטריוויה – משחקי חשיבה לכיתה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חדר בריחה - חידות היגיון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פתרון חידות היגיון ומתמטיקה פשוטות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איך בונים קוד משלבים שונים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סדר פעולות הגיוני בפתרון בעיה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חידות קצרות לספרת קוד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9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8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 - איך עובד חדר בריחה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בונים את הקוד הסופי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יש מצב יחידים ומצב קבוצתי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צריך לפתוח לפני שהזמן נגמר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1. 7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2. 4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מדבר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סוג חידה לתיאור 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(משתמשים במספרים כדי לקבל ספרה)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(מחפשים קשר או דפוס בין פרטים)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(פותרים חידה מילולית כדי למצוא תשובה)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(מסתכלים בתמונה כדי למצוא מידע)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הפתרון בחדר בריחה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קוראים את סיפור הפתיחה של החדר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פותרים את החידה בשלב הראשון ומקבלים ספרה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ממשיכים לשלב הבא ופותרים את החידה שם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אוספים את כל הספרות מהשלבים השונים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יצירתית - בונים חידה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החידה ברורה, פתירה, והתשובה היא ספרה אחת נכונה; יש קשר הגיוני בין השאלה לתשובה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קוד הוא המספר הסופי שפותח את המנעול, מורכב מהספרות שנאספו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כי כל שלב נותן ספרה חדשה שנצברת לקוד השלם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חופשית עם היגיון ברור, למשל רצף מספרים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לתרגל בזוגות ולתחרות על זמן פתרון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לעודד תלמידים להסביר בקול את ההיגיון מאחורי כל חידה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בגרסה הקלה אפשר לוותר על חידות הרצף המורכבות ולהשאיר רק מתמטיקה בסיסית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🎯 חידות וטריוויה – משחקי חשיבה לכיתה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חדר בריחה - חידות היגיון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בחדר בריחה פותרים חידה בכל שלב, ובכל פעם מקבלים ספרה אחת. בסוף מרכיבים את כל הספרות לקוד ופותחים את המנעול.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7  ·  מדבר  ·  4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חידות קצרות לספרת קוד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כפלו 3 ב-3. איזו ספרה מתקבלת?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9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15 פחות 7 נותן את הספרה הבאה בקוד. מהי?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9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 - איך עובד חדר בריחה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בכל שלב בחדר בריחה מקבלים ספרה אחת לקוד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אפשר לשחק בחדר בריחה גם לבד וגם בקבוצה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המנעול נפתח רק אחרי שהזמן נגמר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ברצף 1, 3, 5, __________, 9 הספרה החסרה היא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בסיפור הרכבת היו __________ שלבים בחדר הבריחה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חדר הבריחה של הקרוואן נמצא ב__________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סוג חידה לתיאור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חידת מתמטיקה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מסתכלים בתמונה כדי למצוא מידע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חידת היגיון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פותרים חידה מילולית כדי למצוא תשובה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חידת מילים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משתמשים במספרים כדי לקבל ספרה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רמז חזותי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מחפשים קשר או דפוס בין פרטים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שלבי הפתרון בחדר בריחה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ממשיכים לשלב הבא ופותרים את החידה שם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קוראים את סיפור הפתיחה של החדר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אוספים את כל הספרות מהשלבים השונים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פותרים את החידה בשלב הראשון ומקבלים ספרה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יצירתית - בונים חידה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חידה קצרה משלכם לחדר בריחה, כך שהתשובה שלה תהיה ספרה אחת בין 0 ל-9. אפשר חידת מתמטיקה, היגיון או מילים.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זה קוד בחדר בריחה?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למה חשוב לפתור את השלבים לפי הסדר?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חדר בריחה - חידות היגיון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